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  <w:jc w:val="center"/>
      </w:pPr>
      <w:r>
        <w:t>Obrazac za prijavu</w:t>
      </w:r>
    </w:p>
    <w:p>
      <w:pPr>
        <w:spacing w:after="240"/>
        <w:jc w:val="center"/>
      </w:pPr>
      <w:r>
        <w:rPr>
          <w:rFonts w:ascii="Aptos" w:hAnsi="Aptos"/>
          <w:b/>
          <w:color w:val="373737"/>
          <w:sz w:val="22"/>
        </w:rPr>
        <w:t>EKO REVIJA  |  Recikliraj! Kreiraj! Zablistaj!</w:t>
      </w:r>
    </w:p>
    <w:p>
      <w:pPr>
        <w:spacing w:after="60"/>
        <w:jc w:val="center"/>
      </w:pPr>
      <w:r>
        <w:rPr>
          <w:rFonts w:ascii="Aptos" w:hAnsi="Aptos"/>
          <w:b/>
          <w:color w:val="000000"/>
          <w:sz w:val="20"/>
        </w:rPr>
        <w:t>JPU „Zvjezdani vrt“ Zeta  |  15. oktobar 2026.</w:t>
      </w:r>
    </w:p>
    <w:p>
      <w:pPr>
        <w:keepNext/>
        <w:spacing w:before="100" w:after="40"/>
      </w:pPr>
      <w:r>
        <w:rPr>
          <w:rFonts w:ascii="Aptos Display" w:hAnsi="Aptos Display"/>
          <w:b/>
          <w:color w:val="000000"/>
          <w:sz w:val="24"/>
        </w:rPr>
        <w:t>Podaci o učesniku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r>
              <w:rPr>
                <w:rFonts w:ascii="Aptos" w:hAnsi="Aptos"/>
                <w:b/>
                <w:color w:val="000000"/>
                <w:sz w:val="20"/>
              </w:rPr>
              <w:t>Ime i prezime djeteta</w:t>
            </w:r>
          </w:p>
        </w:tc>
        <w:tc>
          <w:tcPr>
            <w:tcW w:type="dxa" w:w="720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  <w:tcBorders>
              <w:bottom w:val="single" w:sz="7" w:color="8C8C8C"/>
            </w:tcBorders>
          </w:tcPr>
          <w:p>
            <w:pPr>
              <w:spacing w:after="0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r>
              <w:rPr>
                <w:rFonts w:ascii="Aptos" w:hAnsi="Aptos"/>
                <w:b/>
                <w:color w:val="000000"/>
                <w:sz w:val="20"/>
              </w:rPr>
              <w:t>Vaspitna grupa</w:t>
            </w:r>
          </w:p>
        </w:tc>
        <w:tc>
          <w:tcPr>
            <w:tcW w:type="dxa" w:w="720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  <w:tcBorders>
              <w:bottom w:val="single" w:sz="7" w:color="8C8C8C"/>
            </w:tcBorders>
          </w:tcPr>
          <w:p>
            <w:pPr>
              <w:spacing w:after="0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r>
              <w:rPr>
                <w:rFonts w:ascii="Aptos" w:hAnsi="Aptos"/>
                <w:b/>
                <w:color w:val="000000"/>
                <w:sz w:val="20"/>
              </w:rPr>
              <w:t>Vaspitač ili medicinska sestra</w:t>
            </w:r>
          </w:p>
        </w:tc>
        <w:tc>
          <w:tcPr>
            <w:tcW w:type="dxa" w:w="720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  <w:tcBorders>
              <w:bottom w:val="single" w:sz="7" w:color="8C8C8C"/>
            </w:tcBorders>
          </w:tcPr>
          <w:p>
            <w:pPr>
              <w:spacing w:after="0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r>
              <w:rPr>
                <w:rFonts w:ascii="Aptos" w:hAnsi="Aptos"/>
                <w:b/>
                <w:color w:val="000000"/>
                <w:sz w:val="20"/>
              </w:rPr>
              <w:t>Ime i prezime roditelja</w:t>
            </w:r>
          </w:p>
        </w:tc>
        <w:tc>
          <w:tcPr>
            <w:tcW w:type="dxa" w:w="720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  <w:tcBorders>
              <w:bottom w:val="single" w:sz="7" w:color="8C8C8C"/>
            </w:tcBorders>
          </w:tcPr>
          <w:p>
            <w:pPr>
              <w:spacing w:after="0"/>
            </w:pPr>
          </w:p>
        </w:tc>
      </w:tr>
    </w:tbl>
    <w:p>
      <w:pPr>
        <w:keepNext/>
        <w:spacing w:before="100" w:after="40"/>
      </w:pPr>
      <w:r>
        <w:rPr>
          <w:rFonts w:ascii="Aptos Display" w:hAnsi="Aptos Display"/>
          <w:b/>
          <w:color w:val="000000"/>
          <w:sz w:val="24"/>
        </w:rPr>
        <w:t>Podaci o kreaciji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r>
              <w:rPr>
                <w:rFonts w:ascii="Aptos" w:hAnsi="Aptos"/>
                <w:b/>
                <w:color w:val="000000"/>
                <w:sz w:val="20"/>
              </w:rPr>
              <w:t>Naziv kreacije</w:t>
            </w:r>
          </w:p>
        </w:tc>
        <w:tc>
          <w:tcPr>
            <w:tcW w:type="dxa" w:w="720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  <w:tcBorders>
              <w:bottom w:val="single" w:sz="7" w:color="8C8C8C"/>
            </w:tcBorders>
          </w:tcPr>
          <w:p>
            <w:pPr>
              <w:spacing w:after="0"/>
            </w:pPr>
          </w:p>
        </w:tc>
      </w:tr>
    </w:tbl>
    <w:p>
      <w:pPr>
        <w:spacing w:before="20" w:after="40"/>
      </w:pPr>
      <w:r>
        <w:rPr>
          <w:rFonts w:ascii="Aptos" w:hAnsi="Aptos"/>
          <w:b w:val="0"/>
          <w:color w:val="000000"/>
          <w:sz w:val="20"/>
        </w:rPr>
        <w:t>Vrsta kreacije:   ☐ haljina   ☐ odijelo   ☐ kostim   ☐ modni dodatak   ☐ drugo: 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r>
              <w:rPr>
                <w:rFonts w:ascii="Aptos" w:hAnsi="Aptos"/>
                <w:b/>
                <w:color w:val="000000"/>
                <w:sz w:val="20"/>
              </w:rPr>
              <w:t>Korišćeni materijali</w:t>
            </w:r>
          </w:p>
        </w:tc>
        <w:tc>
          <w:tcPr>
            <w:tcW w:type="dxa" w:w="720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  <w:tcBorders>
              <w:bottom w:val="single" w:sz="7" w:color="8C8C8C"/>
            </w:tcBorders>
          </w:tcPr>
          <w:p>
            <w:pPr>
              <w:spacing w:after="0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</w:tcPr>
          <w:p/>
        </w:tc>
        <w:tc>
          <w:tcPr>
            <w:tcW w:type="dxa" w:w="720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  <w:tcBorders>
              <w:bottom w:val="single" w:sz="7" w:color="8C8C8C"/>
            </w:tcBorders>
          </w:tcPr>
          <w:p>
            <w:pPr>
              <w:spacing w:after="0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r>
              <w:rPr>
                <w:rFonts w:ascii="Aptos" w:hAnsi="Aptos"/>
                <w:b/>
                <w:color w:val="000000"/>
                <w:sz w:val="20"/>
              </w:rPr>
              <w:t>Kratak opis kreacije</w:t>
            </w:r>
          </w:p>
        </w:tc>
        <w:tc>
          <w:tcPr>
            <w:tcW w:type="dxa" w:w="720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  <w:tcBorders>
              <w:bottom w:val="single" w:sz="7" w:color="8C8C8C"/>
            </w:tcBorders>
          </w:tcPr>
          <w:p>
            <w:pPr>
              <w:spacing w:after="0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</w:tcPr>
          <w:p/>
        </w:tc>
        <w:tc>
          <w:tcPr>
            <w:tcW w:type="dxa" w:w="720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  <w:tcBorders>
              <w:bottom w:val="single" w:sz="7" w:color="8C8C8C"/>
            </w:tcBorders>
          </w:tcPr>
          <w:p>
            <w:pPr>
              <w:spacing w:after="0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r>
              <w:rPr>
                <w:rFonts w:ascii="Aptos" w:hAnsi="Aptos"/>
                <w:b/>
                <w:color w:val="000000"/>
                <w:sz w:val="20"/>
              </w:rPr>
              <w:t>Ekološka poruka</w:t>
            </w:r>
          </w:p>
        </w:tc>
        <w:tc>
          <w:tcPr>
            <w:tcW w:type="dxa" w:w="720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  <w:tcBorders>
              <w:bottom w:val="single" w:sz="7" w:color="8C8C8C"/>
            </w:tcBorders>
          </w:tcPr>
          <w:p>
            <w:pPr>
              <w:spacing w:after="0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</w:tcPr>
          <w:p/>
        </w:tc>
        <w:tc>
          <w:tcPr>
            <w:tcW w:type="dxa" w:w="720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  <w:tcBorders>
              <w:bottom w:val="single" w:sz="7" w:color="8C8C8C"/>
            </w:tcBorders>
          </w:tcPr>
          <w:p>
            <w:pPr>
              <w:spacing w:after="0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</w:tcPr>
          <w:p>
            <w:r>
              <w:rPr>
                <w:rFonts w:ascii="Aptos" w:hAnsi="Aptos"/>
                <w:b/>
                <w:color w:val="000000"/>
                <w:sz w:val="20"/>
              </w:rPr>
              <w:t>Ko je učestvovao u izradi</w:t>
            </w:r>
          </w:p>
        </w:tc>
        <w:tc>
          <w:tcPr>
            <w:tcW w:type="dxa" w:w="7200"/>
            <w:vAlign w:val="bottom"/>
            <w:tcMar>
              <w:top w:w="25" w:type="dxa"/>
              <w:start w:w="90" w:type="dxa"/>
              <w:bottom w:w="25" w:type="dxa"/>
              <w:end w:w="90" w:type="dxa"/>
            </w:tcMar>
            <w:tcBorders>
              <w:bottom w:val="single" w:sz="7" w:color="8C8C8C"/>
            </w:tcBorders>
          </w:tcPr>
          <w:p>
            <w:pPr>
              <w:spacing w:after="0"/>
            </w:pPr>
          </w:p>
        </w:tc>
      </w:tr>
    </w:tbl>
    <w:p>
      <w:pPr>
        <w:keepNext/>
        <w:spacing w:before="100" w:after="40"/>
      </w:pPr>
      <w:r>
        <w:rPr>
          <w:rFonts w:ascii="Aptos Display" w:hAnsi="Aptos Display"/>
          <w:b/>
          <w:color w:val="000000"/>
          <w:sz w:val="24"/>
        </w:rPr>
        <w:t>Potvrda o bezbjednosti</w:t>
      </w:r>
    </w:p>
    <w:p>
      <w:pPr>
        <w:spacing w:after="20"/>
        <w:ind w:left="173"/>
      </w:pPr>
      <w:r>
        <w:rPr>
          <w:rFonts w:ascii="Aptos" w:hAnsi="Aptos"/>
          <w:b w:val="0"/>
          <w:color w:val="000000"/>
          <w:sz w:val="19"/>
        </w:rPr>
        <w:t>☐ Kreacija je izrađena od bezbjednih i netoksičnih materijala.</w:t>
      </w:r>
    </w:p>
    <w:p>
      <w:pPr>
        <w:spacing w:after="20"/>
        <w:ind w:left="173"/>
      </w:pPr>
      <w:r>
        <w:rPr>
          <w:rFonts w:ascii="Aptos" w:hAnsi="Aptos"/>
          <w:b w:val="0"/>
          <w:color w:val="000000"/>
          <w:sz w:val="19"/>
        </w:rPr>
        <w:t>☐ Prilagođena je uzrastu djeteta i omogućava slobodno kretanje.</w:t>
      </w:r>
    </w:p>
    <w:p>
      <w:pPr>
        <w:spacing w:after="20"/>
        <w:ind w:left="173"/>
      </w:pPr>
      <w:r>
        <w:rPr>
          <w:rFonts w:ascii="Aptos" w:hAnsi="Aptos"/>
          <w:b w:val="0"/>
          <w:color w:val="000000"/>
          <w:sz w:val="19"/>
        </w:rPr>
        <w:t>☐ Nema oštre, lomljive, teške niti lako odvojive djelove.</w:t>
      </w:r>
    </w:p>
    <w:p>
      <w:pPr>
        <w:spacing w:after="20"/>
        <w:ind w:left="173"/>
      </w:pPr>
      <w:r>
        <w:rPr>
          <w:rFonts w:ascii="Aptos" w:hAnsi="Aptos"/>
          <w:b w:val="0"/>
          <w:color w:val="000000"/>
          <w:sz w:val="19"/>
        </w:rPr>
        <w:t>☐ Isprobana je prije donošenja i ne ometa vid, sluh niti disanje djeteta.</w:t>
      </w:r>
    </w:p>
    <w:p>
      <w:pPr>
        <w:keepNext/>
        <w:spacing w:before="100" w:after="40"/>
      </w:pPr>
      <w:r>
        <w:rPr>
          <w:rFonts w:ascii="Aptos Display" w:hAnsi="Aptos Display"/>
          <w:b/>
          <w:color w:val="000000"/>
          <w:sz w:val="24"/>
        </w:rPr>
        <w:t>Potvrda roditelja</w:t>
      </w:r>
    </w:p>
    <w:p>
      <w:pPr>
        <w:spacing w:after="20"/>
      </w:pPr>
      <w:r>
        <w:rPr>
          <w:rFonts w:ascii="Aptos" w:hAnsi="Aptos"/>
          <w:b w:val="0"/>
          <w:color w:val="000000"/>
          <w:sz w:val="19"/>
        </w:rPr>
        <w:t>☐ Saglasan ili saglasna sam da moje dijete učestvuje u događaju EKO REVIJA.</w:t>
      </w:r>
    </w:p>
    <w:p>
      <w:pPr>
        <w:spacing w:after="40"/>
      </w:pPr>
      <w:r>
        <w:rPr>
          <w:rFonts w:ascii="Aptos" w:hAnsi="Aptos"/>
          <w:b w:val="0"/>
          <w:color w:val="000000"/>
          <w:sz w:val="19"/>
        </w:rPr>
        <w:t>☐ Upoznat ili upoznata sam da će fotografisanje i snimanje biti realizovano u skladu sa važećom saglasnošću predatom ustanovi.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08"/>
        <w:gridCol w:w="5472"/>
      </w:tblGrid>
      <w:tr>
        <w:tc>
          <w:tcPr>
            <w:tcW w:type="dxa" w:w="5407"/>
            <w:tcMar>
              <w:top w:w="25" w:type="dxa"/>
              <w:start w:w="90" w:type="dxa"/>
              <w:bottom w:w="25" w:type="dxa"/>
              <w:end w:w="90" w:type="dxa"/>
            </w:tcMar>
            <w:vAlign w:val="bottom"/>
          </w:tcPr>
          <w:p>
            <w:r>
              <w:rPr>
                <w:rFonts w:ascii="Aptos" w:hAnsi="Aptos"/>
                <w:b/>
                <w:color w:val="000000"/>
                <w:sz w:val="19"/>
              </w:rPr>
              <w:t>Datum: __________________________</w:t>
            </w:r>
          </w:p>
        </w:tc>
        <w:tc>
          <w:tcPr>
            <w:tcW w:type="dxa" w:w="5407"/>
            <w:tcMar>
              <w:top w:w="25" w:type="dxa"/>
              <w:start w:w="90" w:type="dxa"/>
              <w:bottom w:w="25" w:type="dxa"/>
              <w:end w:w="90" w:type="dxa"/>
            </w:tcMar>
            <w:vAlign w:val="bottom"/>
          </w:tcPr>
          <w:p>
            <w:pPr>
              <w:jc w:val="right"/>
            </w:pPr>
            <w:r>
              <w:rPr>
                <w:rFonts w:ascii="Aptos" w:hAnsi="Aptos"/>
                <w:b/>
                <w:color w:val="000000"/>
                <w:sz w:val="19"/>
              </w:rPr>
              <w:t>Potpis roditelja: __________________________</w:t>
            </w:r>
          </w:p>
        </w:tc>
      </w:tr>
    </w:tbl>
    <w:p>
      <w:pPr>
        <w:keepNext/>
        <w:spacing w:before="100" w:after="40"/>
      </w:pPr>
      <w:r>
        <w:rPr>
          <w:rFonts w:ascii="Aptos Display" w:hAnsi="Aptos Display"/>
          <w:b/>
          <w:color w:val="000000"/>
          <w:sz w:val="23"/>
        </w:rPr>
        <w:t>Za službenu evidenciju</w:t>
      </w:r>
    </w:p>
    <w:p>
      <w:pPr>
        <w:spacing w:after="0"/>
      </w:pPr>
      <w:r>
        <w:rPr>
          <w:rFonts w:ascii="Aptos" w:hAnsi="Aptos"/>
          <w:b w:val="0"/>
          <w:color w:val="000000"/>
          <w:sz w:val="19"/>
        </w:rPr>
        <w:t>Broj prijave: __________   Datum prijema: __________   Redosljed izlaska: __________</w:t>
      </w:r>
    </w:p>
    <w:sectPr w:rsidR="00FC693F" w:rsidRPr="0006063C" w:rsidSect="00034616">
      <w:pgSz w:w="11909" w:h="16834"/>
      <w:pgMar w:top="547" w:right="547" w:bottom="547" w:left="5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za prijavu EKO REVIJA</dc:title>
  <dc:subject>Prijava djeteta i kreacije</dc:subject>
  <dc:creator>JPU Zvjezdani vrt Zeta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